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3BB50" w14:textId="738475B7" w:rsidR="005A18A1" w:rsidRPr="006E7FC9" w:rsidRDefault="00000000">
      <w:pPr>
        <w:pStyle w:val="Ttulo"/>
        <w:jc w:val="center"/>
      </w:pPr>
      <w:r w:rsidRPr="006E7FC9">
        <w:t>Título del</w:t>
      </w:r>
      <w:r w:rsidR="006E7FC9" w:rsidRPr="006E7FC9">
        <w:t xml:space="preserve"> capítulo</w:t>
      </w:r>
      <w:r w:rsidR="00EE1E0C">
        <w:t xml:space="preserve"> (máximo 80 caracteres, incluidos espacios)</w:t>
      </w:r>
    </w:p>
    <w:p w14:paraId="4743D24D" w14:textId="77777777" w:rsidR="003F7ADF" w:rsidRDefault="00000000" w:rsidP="003F7ADF">
      <w:pPr>
        <w:rPr>
          <w:b/>
          <w:bCs/>
          <w:sz w:val="28"/>
          <w:szCs w:val="24"/>
        </w:rPr>
      </w:pPr>
      <w:r w:rsidRPr="006E7FC9">
        <w:rPr>
          <w:b/>
        </w:rPr>
        <w:t>Nombre de los Autores</w:t>
      </w:r>
      <w:r w:rsidR="006E7FC9" w:rsidRPr="006E7FC9">
        <w:rPr>
          <w:b/>
        </w:rPr>
        <w:t xml:space="preserve"> (</w:t>
      </w:r>
      <w:r w:rsidR="006E7FC9" w:rsidRPr="006E7FC9">
        <w:rPr>
          <w:bCs/>
        </w:rPr>
        <w:t xml:space="preserve">Nombre Apellidos, Nombre Apellidos, </w:t>
      </w:r>
      <w:proofErr w:type="spellStart"/>
      <w:r w:rsidR="006E7FC9" w:rsidRPr="006E7FC9">
        <w:rPr>
          <w:bCs/>
        </w:rPr>
        <w:t>etc</w:t>
      </w:r>
      <w:proofErr w:type="spellEnd"/>
      <w:r w:rsidR="006E7FC9" w:rsidRPr="006E7FC9">
        <w:rPr>
          <w:b/>
        </w:rPr>
        <w:t>)</w:t>
      </w:r>
      <w:r w:rsidRPr="006E7FC9">
        <w:rPr>
          <w:b/>
        </w:rPr>
        <w:br/>
      </w:r>
      <w:r w:rsidRPr="006E7FC9">
        <w:rPr>
          <w:i/>
        </w:rPr>
        <w:t>Filiación (Institución</w:t>
      </w:r>
      <w:r w:rsidR="006E7FC9" w:rsidRPr="006E7FC9">
        <w:rPr>
          <w:i/>
        </w:rPr>
        <w:t xml:space="preserve"> solo, País</w:t>
      </w:r>
      <w:r w:rsidRPr="006E7FC9">
        <w:rPr>
          <w:i/>
        </w:rPr>
        <w:t>)</w:t>
      </w:r>
      <w:r w:rsidR="00EE1E0C">
        <w:rPr>
          <w:i/>
        </w:rPr>
        <w:t xml:space="preserve"> (Si no está adscrito a ninguna institución, poner solo el país)</w:t>
      </w:r>
      <w:r w:rsidRPr="006E7FC9">
        <w:rPr>
          <w:i/>
        </w:rPr>
        <w:br/>
      </w:r>
    </w:p>
    <w:p w14:paraId="31546900" w14:textId="33CC8FE3" w:rsidR="003F7ADF" w:rsidRPr="003F7ADF" w:rsidRDefault="003F7ADF" w:rsidP="003F7ADF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Línea temática: </w:t>
      </w:r>
      <w:r w:rsidRPr="003F7ADF">
        <w:rPr>
          <w:color w:val="FF0000"/>
        </w:rPr>
        <w:t>(Garamond, 12, negrita) (Para todos los títulos dentro del texto).</w:t>
      </w:r>
      <w:r>
        <w:rPr>
          <w:color w:val="FF0000"/>
        </w:rPr>
        <w:t xml:space="preserve"> </w:t>
      </w:r>
      <w:r w:rsidRPr="003F7ADF">
        <w:t>Adscribirse a una de las propuestas del congreso.</w:t>
      </w:r>
    </w:p>
    <w:p w14:paraId="5F89CC40" w14:textId="0544EBCF" w:rsidR="005A18A1" w:rsidRDefault="003F7ADF" w:rsidP="003F7ADF">
      <w:r>
        <w:rPr>
          <w:b/>
          <w:bCs/>
          <w:sz w:val="28"/>
          <w:szCs w:val="24"/>
        </w:rPr>
        <w:t xml:space="preserve">Resumen: </w:t>
      </w:r>
      <w:r w:rsidR="006E7FC9" w:rsidRPr="003F7ADF">
        <w:rPr>
          <w:color w:val="FF0000"/>
        </w:rPr>
        <w:t>(Garamond, 1</w:t>
      </w:r>
      <w:r w:rsidRPr="003F7ADF">
        <w:rPr>
          <w:color w:val="FF0000"/>
        </w:rPr>
        <w:t>2</w:t>
      </w:r>
      <w:r w:rsidR="006E7FC9" w:rsidRPr="003F7ADF">
        <w:rPr>
          <w:color w:val="FF0000"/>
        </w:rPr>
        <w:t>, negrita)</w:t>
      </w:r>
      <w:r w:rsidR="00EE1E0C" w:rsidRPr="003F7ADF">
        <w:rPr>
          <w:color w:val="FF0000"/>
        </w:rPr>
        <w:t xml:space="preserve"> </w:t>
      </w:r>
      <w:r w:rsidR="006E7FC9" w:rsidRPr="003F7ADF">
        <w:rPr>
          <w:color w:val="FF0000"/>
        </w:rPr>
        <w:t>(Para todos los títulos dentro del texto).</w:t>
      </w:r>
      <w:r w:rsidR="00000000" w:rsidRPr="006E7FC9">
        <w:br/>
        <w:t xml:space="preserve">Aquí comienza el texto del </w:t>
      </w:r>
      <w:r>
        <w:t>resumen</w:t>
      </w:r>
      <w:proofErr w:type="gramStart"/>
      <w:r>
        <w:t>…</w:t>
      </w:r>
      <w:r w:rsidR="006E7FC9" w:rsidRPr="006E7FC9">
        <w:t>(</w:t>
      </w:r>
      <w:proofErr w:type="gramEnd"/>
      <w:r w:rsidR="006E7FC9" w:rsidRPr="003F7ADF">
        <w:rPr>
          <w:color w:val="FF0000"/>
        </w:rPr>
        <w:t>Garamond, 12</w:t>
      </w:r>
      <w:r w:rsidR="00EE1E0C" w:rsidRPr="003F7ADF">
        <w:rPr>
          <w:color w:val="FF0000"/>
        </w:rPr>
        <w:t xml:space="preserve">, interlineado 1,5, márgenes: </w:t>
      </w:r>
      <w:proofErr w:type="spellStart"/>
      <w:r w:rsidR="00EE1E0C" w:rsidRPr="003F7ADF">
        <w:rPr>
          <w:color w:val="FF0000"/>
        </w:rPr>
        <w:t>Sup</w:t>
      </w:r>
      <w:proofErr w:type="spellEnd"/>
      <w:r w:rsidR="00EE1E0C" w:rsidRPr="003F7ADF">
        <w:rPr>
          <w:color w:val="FF0000"/>
        </w:rPr>
        <w:t xml:space="preserve"> e </w:t>
      </w:r>
      <w:proofErr w:type="spellStart"/>
      <w:r w:rsidR="00EE1E0C" w:rsidRPr="003F7ADF">
        <w:rPr>
          <w:color w:val="FF0000"/>
        </w:rPr>
        <w:t>Inf</w:t>
      </w:r>
      <w:proofErr w:type="spellEnd"/>
      <w:r w:rsidR="00EE1E0C" w:rsidRPr="003F7ADF">
        <w:rPr>
          <w:color w:val="FF0000"/>
        </w:rPr>
        <w:t xml:space="preserve">=2,5 y Der e </w:t>
      </w:r>
      <w:proofErr w:type="spellStart"/>
      <w:r w:rsidR="00EE1E0C" w:rsidRPr="003F7ADF">
        <w:rPr>
          <w:color w:val="FF0000"/>
        </w:rPr>
        <w:t>Izq</w:t>
      </w:r>
      <w:proofErr w:type="spellEnd"/>
      <w:r w:rsidR="00EE1E0C" w:rsidRPr="003F7ADF">
        <w:rPr>
          <w:color w:val="FF0000"/>
        </w:rPr>
        <w:t xml:space="preserve">= 3 </w:t>
      </w:r>
      <w:r w:rsidR="006E7FC9" w:rsidRPr="003F7ADF">
        <w:rPr>
          <w:color w:val="FF0000"/>
        </w:rPr>
        <w:t>)</w:t>
      </w:r>
      <w:r w:rsidR="00EE1E0C">
        <w:t xml:space="preserve"> </w:t>
      </w:r>
      <w:r>
        <w:t xml:space="preserve">Texto resumen.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  <w:r w:rsidRPr="003F7ADF">
        <w:t xml:space="preserve"> </w:t>
      </w:r>
      <w:r>
        <w:t>Texto resumen.</w:t>
      </w:r>
    </w:p>
    <w:p w14:paraId="50C8FB75" w14:textId="77777777" w:rsidR="003F7ADF" w:rsidRDefault="003F7ADF" w:rsidP="003F7ADF"/>
    <w:p w14:paraId="0F3E26F1" w14:textId="48D40A84" w:rsidR="003F7ADF" w:rsidRDefault="003F7ADF" w:rsidP="003F7ADF">
      <w:r w:rsidRPr="003F7ADF">
        <w:rPr>
          <w:b/>
          <w:bCs/>
        </w:rPr>
        <w:t>Palabras clave:</w:t>
      </w:r>
      <w:r>
        <w:t xml:space="preserve"> Palabra 1, Palabra 2, Palabra 3 (mínimo 3, máximo 5)</w:t>
      </w:r>
    </w:p>
    <w:sectPr w:rsidR="003F7ADF" w:rsidSect="00EE1E0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139659">
    <w:abstractNumId w:val="8"/>
  </w:num>
  <w:num w:numId="2" w16cid:durableId="770472861">
    <w:abstractNumId w:val="6"/>
  </w:num>
  <w:num w:numId="3" w16cid:durableId="1816217692">
    <w:abstractNumId w:val="5"/>
  </w:num>
  <w:num w:numId="4" w16cid:durableId="214658018">
    <w:abstractNumId w:val="4"/>
  </w:num>
  <w:num w:numId="5" w16cid:durableId="1402172575">
    <w:abstractNumId w:val="7"/>
  </w:num>
  <w:num w:numId="6" w16cid:durableId="1481071095">
    <w:abstractNumId w:val="3"/>
  </w:num>
  <w:num w:numId="7" w16cid:durableId="1247618198">
    <w:abstractNumId w:val="2"/>
  </w:num>
  <w:num w:numId="8" w16cid:durableId="1489403656">
    <w:abstractNumId w:val="1"/>
  </w:num>
  <w:num w:numId="9" w16cid:durableId="77837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29CC"/>
    <w:rsid w:val="0029639D"/>
    <w:rsid w:val="00326F90"/>
    <w:rsid w:val="003D73E8"/>
    <w:rsid w:val="003F7ADF"/>
    <w:rsid w:val="0051177F"/>
    <w:rsid w:val="005A18A1"/>
    <w:rsid w:val="00650E1D"/>
    <w:rsid w:val="00670660"/>
    <w:rsid w:val="006E7FC9"/>
    <w:rsid w:val="00AA1D8D"/>
    <w:rsid w:val="00B47730"/>
    <w:rsid w:val="00CB0664"/>
    <w:rsid w:val="00EE1E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F6621"/>
  <w14:defaultImageDpi w14:val="300"/>
  <w15:docId w15:val="{0ED2CDF1-F31F-4399-8E03-49678DE9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Garamond" w:hAnsi="Garamond"/>
      <w:sz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1C29C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2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2D49157FD91C4093CB57F4CB8E5577" ma:contentTypeVersion="35" ma:contentTypeDescription="Crear nuevo documento." ma:contentTypeScope="" ma:versionID="2b100126271166497be1f6ba33cbc582">
  <xsd:schema xmlns:xsd="http://www.w3.org/2001/XMLSchema" xmlns:xs="http://www.w3.org/2001/XMLSchema" xmlns:p="http://schemas.microsoft.com/office/2006/metadata/properties" xmlns:ns3="4c5126a6-d4a1-40eb-8373-b67ae22431bd" xmlns:ns4="31bad1f5-9b78-442f-8544-a9bebad3ab07" targetNamespace="http://schemas.microsoft.com/office/2006/metadata/properties" ma:root="true" ma:fieldsID="fc05fa5abe2136cadd1dffa660100136" ns3:_="" ns4:_="">
    <xsd:import namespace="4c5126a6-d4a1-40eb-8373-b67ae22431bd"/>
    <xsd:import namespace="31bad1f5-9b78-442f-8544-a9bebad3ab07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26a6-d4a1-40eb-8373-b67ae22431b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5" nillable="true" ma:displayName="_activity" ma:hidden="true" ma:internalName="_activity">
      <xsd:simpleType>
        <xsd:restriction base="dms:Note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d1f5-9b78-442f-8544-a9bebad3ab07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4c5126a6-d4a1-40eb-8373-b67ae22431bd" xsi:nil="true"/>
    <CultureName xmlns="4c5126a6-d4a1-40eb-8373-b67ae22431bd" xsi:nil="true"/>
    <Invited_Students xmlns="4c5126a6-d4a1-40eb-8373-b67ae22431bd" xsi:nil="true"/>
    <LMS_Mappings xmlns="4c5126a6-d4a1-40eb-8373-b67ae22431bd" xsi:nil="true"/>
    <IsNotebookLocked xmlns="4c5126a6-d4a1-40eb-8373-b67ae22431bd" xsi:nil="true"/>
    <Self_Registration_Enabled xmlns="4c5126a6-d4a1-40eb-8373-b67ae22431bd" xsi:nil="true"/>
    <Math_Settings xmlns="4c5126a6-d4a1-40eb-8373-b67ae22431bd" xsi:nil="true"/>
    <Teachers xmlns="4c5126a6-d4a1-40eb-8373-b67ae22431bd">
      <UserInfo>
        <DisplayName/>
        <AccountId xsi:nil="true"/>
        <AccountType/>
      </UserInfo>
    </Teachers>
    <Students xmlns="4c5126a6-d4a1-40eb-8373-b67ae22431bd">
      <UserInfo>
        <DisplayName/>
        <AccountId xsi:nil="true"/>
        <AccountType/>
      </UserInfo>
    </Students>
    <Student_Groups xmlns="4c5126a6-d4a1-40eb-8373-b67ae22431bd">
      <UserInfo>
        <DisplayName/>
        <AccountId xsi:nil="true"/>
        <AccountType/>
      </UserInfo>
    </Student_Groups>
    <Templates xmlns="4c5126a6-d4a1-40eb-8373-b67ae22431bd" xsi:nil="true"/>
    <Has_Teacher_Only_SectionGroup xmlns="4c5126a6-d4a1-40eb-8373-b67ae22431bd" xsi:nil="true"/>
    <NotebookType xmlns="4c5126a6-d4a1-40eb-8373-b67ae22431bd" xsi:nil="true"/>
    <Distribution_Groups xmlns="4c5126a6-d4a1-40eb-8373-b67ae22431bd" xsi:nil="true"/>
    <AppVersion xmlns="4c5126a6-d4a1-40eb-8373-b67ae22431bd" xsi:nil="true"/>
    <Invited_Teachers xmlns="4c5126a6-d4a1-40eb-8373-b67ae22431bd" xsi:nil="true"/>
    <Owner xmlns="4c5126a6-d4a1-40eb-8373-b67ae22431bd">
      <UserInfo>
        <DisplayName/>
        <AccountId xsi:nil="true"/>
        <AccountType/>
      </UserInfo>
    </Owner>
    <DefaultSectionNames xmlns="4c5126a6-d4a1-40eb-8373-b67ae22431bd" xsi:nil="true"/>
    <_activity xmlns="4c5126a6-d4a1-40eb-8373-b67ae22431bd" xsi:nil="true"/>
    <TeamsChannelId xmlns="4c5126a6-d4a1-40eb-8373-b67ae22431bd" xsi:nil="true"/>
    <Is_Collaboration_Space_Locked xmlns="4c5126a6-d4a1-40eb-8373-b67ae22431b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6AB3B7-48C3-4CB2-ABC9-0AEB045E0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126a6-d4a1-40eb-8373-b67ae22431bd"/>
    <ds:schemaRef ds:uri="31bad1f5-9b78-442f-8544-a9bebad3a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9F3789-787E-4D68-8B76-2EA64DF1F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E3350D-7AB6-479A-9B98-6065EF2C616D}">
  <ds:schemaRefs>
    <ds:schemaRef ds:uri="http://schemas.microsoft.com/office/2006/metadata/properties"/>
    <ds:schemaRef ds:uri="http://schemas.microsoft.com/office/infopath/2007/PartnerControls"/>
    <ds:schemaRef ds:uri="4c5126a6-d4a1-40eb-8373-b67ae22431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Carlos Rodriguez Rodriguez</cp:lastModifiedBy>
  <cp:revision>3</cp:revision>
  <dcterms:created xsi:type="dcterms:W3CDTF">2024-11-02T10:26:00Z</dcterms:created>
  <dcterms:modified xsi:type="dcterms:W3CDTF">2024-11-02T10:33:00Z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0x010100C02D49157FD91C4093CB57F4CB8E5577</vt:lpwstr>
  </property>
</Properties>
</file>